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68235"/>
        </w:rPr>
        <w:t>Modulo M1</w:t>
      </w:r>
    </w:p>
    <w:p>
      <w:pPr>
        <w:pStyle w:val="Heading1"/>
        <w:jc w:val="center"/>
      </w:pPr>
      <w:r>
        <w:t>Domanda di adesione al Comitato editoriale de «Il Vortice»</w:t>
      </w:r>
    </w:p>
    <w:p>
      <w:pPr>
        <w:jc w:val="center"/>
      </w:pPr>
      <w:r>
        <w:rPr>
          <w:i/>
          <w:color w:val="605D5D"/>
        </w:rPr>
        <w:t>e richiesta di abbonamenti in convenzione</w:t>
      </w:r>
    </w:p>
    <w:p>
      <w:pPr>
        <w:jc w:val="left"/>
      </w:pPr>
      <w:r>
        <w:rPr>
          <w:b w:val="0"/>
          <w:i w:val="0"/>
        </w:rPr>
        <w:t>Spett.le MATRES S.r.l. Impresa Sociale – Redazione «Il Vortice», Via Adriano Aurofino n. 25, 84127 Salerno – PEC matresrl@pec.it</w:t>
      </w:r>
    </w:p>
    <w:p>
      <w:pPr>
        <w:jc w:val="both"/>
      </w:pPr>
      <w:r>
        <w:rPr>
          <w:b w:val="0"/>
          <w:i w:val="0"/>
        </w:rPr>
        <w:t>Il/La sottoscritto/a ______________________________, nato/a a ______________________________ il __________, C.F. ______________________________, in qualità di legale rappresentante di ______________________________ (denominazione), forma giuridica ______________________________, sede legale ______________________________, C.F. ______________________________, P.IVA ______________________________, iscrizione RUNTS/Registro imprese ______________________________, e-mail ______________________________, PEC ______________________________, telefono ______________________________,</w:t>
      </w:r>
    </w:p>
    <w:p>
      <w:pPr>
        <w:jc w:val="center"/>
      </w:pPr>
      <w:r>
        <w:rPr>
          <w:b/>
          <w:i w:val="0"/>
        </w:rPr>
        <w:t>chiede</w:t>
      </w:r>
    </w:p>
    <w:p>
      <w:pPr>
        <w:jc w:val="both"/>
      </w:pPr>
      <w:r>
        <w:rPr>
          <w:b w:val="0"/>
          <w:i w:val="0"/>
        </w:rPr>
        <w:t xml:space="preserve">di acquistare </w:t>
      </w:r>
      <w:r>
        <w:rPr>
          <w:b/>
          <w:i w:val="0"/>
        </w:rPr>
        <w:t>n. ________ abbonamenti annuali</w:t>
      </w:r>
      <w:r>
        <w:rPr>
          <w:b w:val="0"/>
          <w:i w:val="0"/>
        </w:rPr>
        <w:t xml:space="preserve"> a «Il Vortice» per i propri associati, volontari, utenti e beneficiari, e di entrare a far parte del Comitato editoriale.</w:t>
      </w:r>
    </w:p>
    <w:p>
      <w:pPr>
        <w:jc w:val="left"/>
      </w:pPr>
      <w:r>
        <w:rPr>
          <w:b w:val="0"/>
          <w:i w:val="0"/>
        </w:rPr>
        <w:t>Fascia di listino (barrare): ☐ 100–499 (20 €)   ☐ 500–1.000 (18 €)   ☐ oltre 1.000 (15 €)</w:t>
      </w:r>
    </w:p>
    <w:p>
      <w:pPr>
        <w:jc w:val="center"/>
      </w:pPr>
      <w:r>
        <w:rPr>
          <w:b/>
          <w:i w:val="0"/>
        </w:rPr>
        <w:t>dichiara</w:t>
      </w:r>
    </w:p>
    <w:p>
      <w:pPr>
        <w:pStyle w:val="ListBullet"/>
        <w:jc w:val="both"/>
      </w:pPr>
      <w:r>
        <w:rPr>
          <w:b w:val="0"/>
          <w:i w:val="0"/>
        </w:rPr>
        <w:t>di aver letto e di accettare il Regolamento del Comitato editoriale e il listino;</w:t>
      </w:r>
    </w:p>
    <w:p>
      <w:pPr>
        <w:pStyle w:val="ListBullet"/>
        <w:jc w:val="both"/>
      </w:pPr>
      <w:r>
        <w:rPr>
          <w:b w:val="0"/>
          <w:i w:val="0"/>
        </w:rPr>
        <w:t>di avere i poteri per sottoscrivere la presente domanda e il contratto (allegare la delibera dell'organo competente, se richiesta dallo statuto);</w:t>
      </w:r>
    </w:p>
    <w:p>
      <w:pPr>
        <w:pStyle w:val="ListBullet"/>
        <w:jc w:val="both"/>
      </w:pPr>
      <w:r>
        <w:rPr>
          <w:b w:val="0"/>
          <w:i w:val="0"/>
        </w:rPr>
        <w:t>di inviare l'elenco degli abbonati con il modello «Modello elenco abbonati.xlsx» e di aver informato gli interessati sulla comunicazione dei loro dati all'Editore;</w:t>
      </w:r>
    </w:p>
    <w:p>
      <w:pPr>
        <w:pStyle w:val="ListBullet"/>
        <w:jc w:val="both"/>
      </w:pPr>
      <w:r>
        <w:rPr>
          <w:b w:val="0"/>
          <w:i w:val="0"/>
        </w:rPr>
        <w:t>di indicare come referente operativo: ______________________________, e-mail ______________________________, tel. ______________________________.</w:t>
      </w:r>
    </w:p>
    <w:p>
      <w:pPr>
        <w:jc w:val="both"/>
      </w:pPr>
      <w:r>
        <w:rPr>
          <w:b w:val="0"/>
          <w:i/>
        </w:rPr>
        <w:t>Allegati: elenco abbonati; copia del documento d'identità del legale rappresentante; eventuale delibera.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b/>
                <w:sz w:val="22"/>
              </w:rPr>
              <w:t>Timbro dell'ente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432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legale rappresentante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432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  <w:tc>
          <w:tcPr>
            <w:tcW w:type="dxa" w:w="432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